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원빈다이어리 -2026년 회사 다이어리 제작 전문 업체 소량 제작 가능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diary1000.com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2026-08-28 12:08:09 · 1.5초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57점)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57점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73점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57/100 — diary1000.com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73점입니다.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모바일 대응(viewport)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— 모바일 우선 색인(Mobile-First Indexing)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&lt;meta name="viewport" content="width=device-width, initial-scale=1"&gt;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57점(C등급) → 우선 액션 3건 적용 후 80점(B등급)  (+23점)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68→83 · SEO 73→73 · AEO 30→85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68점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5372자 (비율 2.0%)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73점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359자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https://diary1000.com/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88%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1/3개만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735ms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4개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102개, 표 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diary1000.com의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diary1000.com을(를)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원빈다이어리 -2026년 회사 다이어리 제작 전문 업체 소량 제작 가능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2026다이어리,  2026년다이어리, 회사다이어리, 회사다이어리제작, 다이어리제작, 기업다이어리제작,다이어리소량제작,다이어리제작업체, 다이어리속지제작,다이어리내지제작,다이어리커버제작,다이어리주문제작,2025다이어리제작,다이어리인쇄,스프링다이어리,가죽,시스템다이어리,프랭클린플래너캐주얼,양지사유즈어리,독판,바인더,소량,디자인,속지,내지,업무용,내년,명품,양지수첩,회원수첩,스프링,쇼핑몰,양장,25절,인스프링,16절,18절,32절,40절,6공,지퍼,회사용,교회,학생회,사원,기업용,홍보용,고급,고도,독판,캐주얼,브랜드,48절,56절,공장직영,비지니스,사무실,대학교,학교,관공서,대기업,협회,은행,영문판,만년,판촉물,지퍼형,기념품,단체,업무,커버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-7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-5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