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예신 다이어트 공식 홈페이지 | 예신다이어트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www.yesindiet.com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01:34:27 · 0.6초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75점)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15:45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75점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75/100 — www.yesindiet.com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90점입니다.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45점 — FAQPage 스키마,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메타 설명  [SEO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47자 (권장 50~160자)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길이가 권장 범위를 벗어나면 검색결과에서 잘리거나 짧게 표시됩니다.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메타 설명(스니펫)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50~160자 사이로 핵심 소개 문구를 다듬으세요.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70%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75점(B등급) → 우선 액션 3건 적용 후 97점(A등급)  (+22점)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90→100 · SEO 90→90 · AEO 45→100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7107자 (비율 7.7%)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47자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24자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https://www.yesindiet.com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267ms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45점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3개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13개,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www.yesindiet.com의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www.yesindiet.com을(를)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예신 다이어트 공식 홈페이지 | 예신다이어트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예신은 자연의 흐름을 되살리는 방식으로 지속적이고 무너지지 않는 변화를 만들어냅니다.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 루트(/llms.txt)에 아래 형식으로 파일을 올리세요.</w:t>
              <w:br/>
              <w:br/>
              <w:t># 회사명</w:t>
              <w:br/>
              <w:br/>
              <w:t>&gt; 한 줄 브랜드 소개</w:t>
              <w:br/>
              <w:br/>
              <w:t>## 핵심 페이지</w:t>
              <w:br/>
              <w:t>- [서비스 소개](/service)</w:t>
              <w:br/>
              <w:t>- [문의](/contact)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