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치유미가정의학과의원 | 판교 가정의학과, 기능의학 클리닉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www.chiyoume.com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2026-09-02 01:11:23 · 0.2초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92점)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92점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87점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92/100 — www.chiyoume.com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87점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+13점]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2개 (3개 이상 권장)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자주 묻는 질문을 소제목(H2/H3)으로 만들고 바로 아래 짧은 답을 붙이세요.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92점(A등급) → 우선 액션 2건 적용 후 100점(A등급)  (+8점)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90→100 · SEO 100→100 · AEO 87→100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90점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5866자 (비율 5.1%)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62자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https://www.chiyoume.com/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87점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2개 (3개 이상 권장)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9개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www.chiyoume.com은(는)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www.chiyoume.com을(를)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치유미가정의학과의원 | 판교 가정의학과, 기능의학 클리닉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판교 치유미가정의학과의원. 가정의학과 진료와 만성피로, 갱년기, 다이어트, 장건강 기능의학 진료를 함께 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+16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+23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+39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자주 묻는 질문을 소제목(H2/H3)으로 만들고 바로 아래 짧은 답을 붙이세요.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 루트(/llms.txt)에 아래 형식으로 파일을 올리세요.</w:t>
              <w:br/>
              <w:br/>
              <w:t># 회사명</w:t>
              <w:br/>
              <w:br/>
              <w:t>&gt; 한 줄 브랜드 소개</w:t>
              <w:br/>
              <w:br/>
              <w:t>## 핵심 페이지</w:t>
              <w:br/>
              <w:t>- [서비스 소개](/service)</w:t>
              <w:br/>
              <w:t>- [문의](/contact)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