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06:19:09 · 0.4초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87점)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15:45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87점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87/100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97점입니다.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87점(A등급) → 우선 액션 3건 적용 후 100점(A등급)  (+13점)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30175자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286ms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